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Volunteer Sign-Up Sheet</w:t>
      </w:r>
    </w:p>
    <w:p>
      <w:r>
        <w:t>Event: ______________________    Date: ____________    Contact: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7"/>
        <w:gridCol w:w="2057"/>
        <w:gridCol w:w="2057"/>
        <w:gridCol w:w="2057"/>
        <w:gridCol w:w="2057"/>
        <w:gridCol w:w="2057"/>
        <w:gridCol w:w="2057"/>
      </w:tblGrid>
      <w:tr>
        <w:tc>
          <w:tcPr>
            <w:tcW w:type="dxa" w:w="2057"/>
          </w:tcPr>
          <w:p>
            <w:r>
              <w:rPr>
                <w:b/>
              </w:rPr>
              <w:t>#</w:t>
            </w:r>
          </w:p>
        </w:tc>
        <w:tc>
          <w:tcPr>
            <w:tcW w:type="dxa" w:w="2057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057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2057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2057"/>
          </w:tcPr>
          <w:p>
            <w:r>
              <w:rPr>
                <w:b/>
              </w:rPr>
              <w:t>Time slot</w:t>
            </w:r>
          </w:p>
        </w:tc>
        <w:tc>
          <w:tcPr>
            <w:tcW w:type="dxa" w:w="2057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05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057"/>
          </w:tcPr>
          <w:p>
            <w:r>
              <w:t>1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2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3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4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5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6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7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8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9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10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11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12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13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14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15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16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17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  <w:tr>
        <w:tc>
          <w:tcPr>
            <w:tcW w:type="dxa" w:w="2057"/>
          </w:tcPr>
          <w:p>
            <w:r>
              <w:t>18</w:t>
            </w:r>
          </w:p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  <w:tc>
          <w:tcPr>
            <w:tcW w:type="dxa" w:w="2057"/>
          </w:tcPr>
          <w:p/>
        </w:tc>
      </w:tr>
    </w:tbl>
    <w:p>
      <w:r>
        <w:rPr>
          <w:i/>
          <w:sz w:val="18"/>
        </w:rPr>
        <w:t>Free template from capstonevolunteer.com. A QR sign-up form can put names straight into your volunteer list.</w:t>
      </w:r>
    </w:p>
    <w:sectPr w:rsidR="00FC693F" w:rsidRPr="0006063C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